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8F0FE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4T ESO A — MATEMÀTIQUES APLICADES (PD)</w:t>
              <w:br/>
            </w:r>
            <w:r>
              <w:rPr>
                <w:rFonts w:ascii="Arial" w:hAnsi="Arial"/>
                <w:b/>
                <w:color w:val="113355"/>
                <w:sz w:val="30"/>
              </w:rPr>
              <w:t>PROJECTE TRANSVERSAL: CÀLCUL DE VOLUMS I PERCENTATGES DE RESIDUS</w:t>
              <w:br/>
            </w:r>
            <w:r>
              <w:rPr>
                <w:rFonts w:ascii="Arial" w:hAnsi="Arial"/>
                <w:i/>
                <w:color w:val="555555"/>
                <w:sz w:val="21"/>
              </w:rPr>
              <w:t>UD3: Geometria a l'Espai 3D i Percentatges — 4t ESO A (MAT pd)</w:t>
            </w:r>
          </w:p>
        </w:tc>
      </w:tr>
    </w:tbl>
    <w:p/>
    <w:p>
      <w:pPr>
        <w:spacing w:after="240"/>
      </w:pPr>
      <w:r>
        <w:rPr>
          <w:rFonts w:ascii="Arial" w:hAnsi="Arial"/>
          <w:b/>
          <w:sz w:val="20"/>
        </w:rPr>
        <w:t>Nom i cognoms: __________________________________________________   Data: ______________</w:t>
      </w:r>
    </w:p>
    <w:p>
      <w:pPr>
        <w:spacing w:before="280" w:after="80"/>
      </w:pPr>
      <w:r>
        <w:rPr>
          <w:rFonts w:ascii="Arial" w:hAnsi="Arial"/>
          <w:b/>
          <w:color w:val="1F4E79"/>
          <w:sz w:val="25"/>
        </w:rPr>
        <w:t>1. Fórmules de Volums de Cossos Geomètrics de l'Aula</w:t>
      </w:r>
    </w:p>
    <w:p>
      <w:r>
        <w:t>Per calcular la capacitat i el volum dels contenidors i papereres de l'institut, farem servir la geometria a l'espai: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Arial" w:hAnsi="Arial"/>
                <w:b/>
                <w:color w:val="2E7D32"/>
                <w:sz w:val="21"/>
              </w:rPr>
              <w:t>💡 Càlcul de Volums Bàsics</w:t>
              <w:br/>
            </w:r>
            <w:r>
              <w:rPr>
                <w:rFonts w:ascii="Arial" w:hAnsi="Arial"/>
                <w:color w:val="333333"/>
                <w:sz w:val="19"/>
              </w:rPr>
              <w:t>• Prisma rectangular (papereres quadrades / caixes):</w:t>
              <w:br/>
            </w:r>
            <w:r>
              <w:rPr>
                <w:rFonts w:ascii="Arial" w:hAnsi="Arial"/>
                <w:color w:val="333333"/>
                <w:sz w:val="19"/>
              </w:rPr>
              <w:t xml:space="preserve">   Volum = Llargada · Amplada · Alçada   →   V = a · b · c (en cm³ o litres)</w:t>
              <w:br/>
            </w:r>
            <w:r>
              <w:rPr>
                <w:rFonts w:ascii="Arial" w:hAnsi="Arial"/>
                <w:color w:val="333333"/>
                <w:sz w:val="19"/>
              </w:rPr>
              <w:t>• Cilindre (papereres rodones / llaunes):</w:t>
              <w:br/>
            </w:r>
            <w:r>
              <w:rPr>
                <w:rFonts w:ascii="Arial" w:hAnsi="Arial"/>
                <w:color w:val="333333"/>
                <w:sz w:val="19"/>
              </w:rPr>
              <w:t xml:space="preserve">   Volum = Àrea de la base · Alçada = π · r² · h   →   V = 3,14 · r² · h</w:t>
              <w:br/>
            </w:r>
            <w:r>
              <w:rPr>
                <w:rFonts w:ascii="Arial" w:hAnsi="Arial"/>
                <w:color w:val="333333"/>
                <w:sz w:val="19"/>
              </w:rPr>
              <w:t>• Recorda la conversió a litres: 1.000 cm³ = 1 dm³ = 1 Litre.</w:t>
              <w:br/>
            </w:r>
          </w:p>
        </w:tc>
      </w:tr>
    </w:tbl>
    <w:p/>
    <w:p>
      <w:pPr>
        <w:spacing w:before="280" w:after="80"/>
      </w:pPr>
      <w:r>
        <w:rPr>
          <w:rFonts w:ascii="Arial" w:hAnsi="Arial"/>
          <w:b/>
          <w:color w:val="1F4E79"/>
          <w:sz w:val="25"/>
        </w:rPr>
        <w:t>2. Activitat Pràctica de Mesura de Papereres a Classe</w:t>
      </w:r>
    </w:p>
    <w:p>
      <w:r>
        <w:t>Mesura amb una cinta mètrica les papereres de l'aula i completa la taula següent: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Tipus Residu</w:t>
            </w:r>
          </w:p>
        </w:tc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Forma</w:t>
            </w:r>
          </w:p>
        </w:tc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Llarg / Radi (cm)</w:t>
            </w:r>
          </w:p>
        </w:tc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Ample (cm)</w:t>
            </w:r>
          </w:p>
        </w:tc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Alçada (cm)</w:t>
            </w:r>
          </w:p>
        </w:tc>
        <w:tc>
          <w:tcPr>
            <w:tcW w:type="dxa" w:w="1440"/>
            <w:shd w:val="clear" w:color="auto" w:fill="1F4E79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Volum Total (Litres)</w:t>
            </w:r>
          </w:p>
        </w:tc>
      </w:tr>
      <w:tr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Paper i Cartró (Blau)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Prisma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Envasos / Plàstic (Groc)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Prisma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Rebuig (Gris)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Cilindre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-</w:t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40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</w:tbl>
    <w:p/>
    <w:p>
      <w:pPr>
        <w:spacing w:before="280" w:after="80"/>
      </w:pPr>
      <w:r>
        <w:rPr>
          <w:rFonts w:ascii="Arial" w:hAnsi="Arial"/>
          <w:b/>
          <w:color w:val="1F4E79"/>
          <w:sz w:val="25"/>
        </w:rPr>
        <w:t>3. Càlcul de Percentatges d'Ocupació</w:t>
      </w:r>
    </w:p>
    <w:p>
      <w:pPr>
        <w:spacing w:after="200"/>
      </w:pPr>
      <w:r>
        <w:t>1. Si la paperera de plàstic té un volum de 40 Litres i al final de la jornada està plena fins a 30 Litres de residus, quin percentatge d'ocupació ha assolit? (% = (Part / Total) · 100)</w:t>
      </w:r>
    </w:p>
    <w:p>
      <w:pPr>
        <w:spacing w:after="200"/>
      </w:pPr>
      <w:r>
        <w:t>2. En un recompte general de l'institut es van recollir 120 kg de residus: 60 kg de paper, 36 kg de plàstic i 24 kg de rebuig. Calcula el percentatge que representa cada fracció sobre el total.</w:t>
      </w:r>
    </w:p>
    <w:p>
      <w:pPr>
        <w:spacing w:after="200"/>
      </w:pPr>
      <w:r>
        <w:t>3. Si gràcies a una campanya de conscienciació aconseguim reduir el volum de rebuig en un 25%, quants litres de rebuig s'estalviaran si inicialment en generàvem 80 Litres?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