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4T ESO A — MATEMÀTIQUES APLICADES (PD)</w:t>
              <w:br/>
            </w:r>
            <w:r>
              <w:rPr>
                <w:rFonts w:ascii="Arial" w:hAnsi="Arial"/>
                <w:b/>
                <w:color w:val="113355"/>
                <w:sz w:val="30"/>
              </w:rPr>
              <w:t>GUIA D'ESTADÍSTICA AMB FULL DE CÀLCUL (GOOGLE SHEETS / EXCEL)</w:t>
              <w:br/>
            </w:r>
            <w:r>
              <w:rPr>
                <w:rFonts w:ascii="Arial" w:hAnsi="Arial"/>
                <w:i/>
                <w:color w:val="555555"/>
                <w:sz w:val="21"/>
              </w:rPr>
              <w:t>UD4: Tractament i Anàlisi de Dades de Residus — 4t ESO A (MAT pd)</w:t>
            </w:r>
          </w:p>
        </w:tc>
      </w:tr>
    </w:tbl>
    <w:p/>
    <w:p>
      <w:pPr>
        <w:spacing w:after="240"/>
      </w:pPr>
      <w:r>
        <w:rPr>
          <w:rFonts w:ascii="Arial" w:hAnsi="Arial"/>
          <w:b/>
          <w:sz w:val="20"/>
        </w:rPr>
        <w:t>Nom i cognoms: __________________________________________________   Data: ______________</w:t>
      </w:r>
    </w:p>
    <w:p>
      <w:pPr>
        <w:spacing w:before="280" w:after="80"/>
      </w:pPr>
      <w:r>
        <w:rPr>
          <w:rFonts w:ascii="Arial" w:hAnsi="Arial"/>
          <w:b/>
          <w:color w:val="1F4E79"/>
          <w:sz w:val="25"/>
        </w:rPr>
        <w:t>1. Paràmetres Estadístics Clau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b/>
                <w:color w:val="2E7D32"/>
                <w:sz w:val="21"/>
              </w:rPr>
              <w:t>💡 Conceptes estadístics bàsics</w:t>
              <w:br/>
            </w:r>
            <w:r>
              <w:rPr>
                <w:rFonts w:ascii="Arial" w:hAnsi="Arial"/>
                <w:color w:val="333333"/>
                <w:sz w:val="19"/>
              </w:rPr>
              <w:t>• Mitjana (Average): Suma de totes les dades dividida pel nombre total de dades. Fórmula Sheets: =MITJANA(A2:A21) o =PROMEDIO(A2:A21)</w:t>
              <w:br/>
            </w:r>
            <w:r>
              <w:rPr>
                <w:rFonts w:ascii="Arial" w:hAnsi="Arial"/>
                <w:color w:val="333333"/>
                <w:sz w:val="19"/>
              </w:rPr>
              <w:t>• Mediana: Valor central que divideix les dades ordenades en dues meitats. Fórmula Sheets: =MEDIANA(A2:A21)</w:t>
              <w:br/>
            </w:r>
            <w:r>
              <w:rPr>
                <w:rFonts w:ascii="Arial" w:hAnsi="Arial"/>
                <w:color w:val="333333"/>
                <w:sz w:val="19"/>
              </w:rPr>
              <w:t>• Moda: El valor o categoria que més es repeteix. Fórmula Sheets: =MODA(A2:A21)</w:t>
              <w:br/>
            </w:r>
            <w:r>
              <w:rPr>
                <w:rFonts w:ascii="Arial" w:hAnsi="Arial"/>
                <w:color w:val="333333"/>
                <w:sz w:val="19"/>
              </w:rPr>
              <w:t>• Rang (Dispersió senzilla): Diferència entre el valor màxim i el mínim: Rang = Màxim - Mínim. Fórmula Sheets: =MAX(A2:A21) - MIN(A2:A21)</w:t>
              <w:br/>
            </w:r>
            <w:r>
              <w:rPr>
                <w:rFonts w:ascii="Arial" w:hAnsi="Arial"/>
                <w:color w:val="333333"/>
                <w:sz w:val="19"/>
              </w:rPr>
              <w:t>• Desviació típica: Mesura quant s'allunyen les dades de la mitjana. Es calcula directament amb la fórmula: =DESVEST(A2:A21)</w:t>
              <w:br/>
            </w:r>
          </w:p>
        </w:tc>
      </w:tr>
    </w:tbl>
    <w:p/>
    <w:p>
      <w:pPr>
        <w:spacing w:before="280" w:after="80"/>
      </w:pPr>
      <w:r>
        <w:rPr>
          <w:rFonts w:ascii="Arial" w:hAnsi="Arial"/>
          <w:b/>
          <w:color w:val="1F4E79"/>
          <w:sz w:val="25"/>
        </w:rPr>
        <w:t>2. Procediment Pas a Pas per al Treball Transversal</w:t>
      </w:r>
    </w:p>
    <w:p>
      <w:pPr>
        <w:spacing w:after="120"/>
      </w:pPr>
      <w:r>
        <w:t>• Pas 1: Obre el full de càlcul compartit al Classroom i introdueix les dades de residus recollides a classe.</w:t>
      </w:r>
    </w:p>
    <w:p>
      <w:pPr>
        <w:spacing w:after="120"/>
      </w:pPr>
      <w:r>
        <w:t>• Pas 2: Crea una taula de freqüències amb el volum (en litres o kg) de cada tipus de residu.</w:t>
      </w:r>
    </w:p>
    <w:p>
      <w:pPr>
        <w:spacing w:after="120"/>
      </w:pPr>
      <w:r>
        <w:t>• Pas 3: Insereix un gràfic de sectors (formatge) per veure la proporció de cada residu i un gràfic de barres per comparar entre cursos.</w:t>
      </w:r>
    </w:p>
    <w:p>
      <w:pPr>
        <w:spacing w:after="120"/>
      </w:pPr>
      <w:r>
        <w:t>• Pas 4: Aplica les fórmules automàtiques per calcular la Mitjana, la Mediana, la Moda i el Rang.</w:t>
      </w:r>
    </w:p>
    <w:p>
      <w:pPr>
        <w:spacing w:after="120"/>
      </w:pPr>
      <w:r>
        <w:t>• Pas 5: Redacta 3 conclusions sobre els hàbits de reciclatge del centre a partir de les gràfiques obtingudes.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